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421" w:rsidRDefault="00683C9B" w:rsidP="001B1027">
      <w:pPr>
        <w:jc w:val="center"/>
        <w:rPr>
          <w:b/>
          <w:sz w:val="28"/>
        </w:rPr>
      </w:pPr>
      <w:bookmarkStart w:id="0" w:name="_GoBack"/>
      <w:r>
        <w:rPr>
          <w:noProof/>
          <w:lang w:eastAsia="es-ES_tradnl"/>
        </w:rPr>
        <w:drawing>
          <wp:inline distT="0" distB="0" distL="0" distR="0" wp14:anchorId="0C89D261" wp14:editId="1E58909B">
            <wp:extent cx="5401339" cy="404037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s pie de página 23-2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61DBD" w:rsidRDefault="00604421" w:rsidP="001B1027">
      <w:pPr>
        <w:jc w:val="center"/>
      </w:pPr>
      <w:r>
        <w:rPr>
          <w:b/>
          <w:sz w:val="28"/>
        </w:rPr>
        <w:t xml:space="preserve">COMPROMISO </w:t>
      </w:r>
      <w:r w:rsidR="001B1027">
        <w:rPr>
          <w:b/>
          <w:sz w:val="28"/>
        </w:rPr>
        <w:t>DE PRESENTACIÓN POSTERIOR DE PERMISOS, AUTORIZACIONES, LICENCIAS, INSCRIPCIONES</w:t>
      </w:r>
    </w:p>
    <w:p w:rsidR="00661DBD" w:rsidRDefault="00661DBD"/>
    <w:p w:rsidR="00661DBD" w:rsidRPr="00683C9B" w:rsidRDefault="00604421" w:rsidP="00683C9B">
      <w:pPr>
        <w:jc w:val="both"/>
      </w:pPr>
      <w:proofErr w:type="gramStart"/>
      <w:r w:rsidRPr="00683C9B">
        <w:t>D./</w:t>
      </w:r>
      <w:proofErr w:type="gramEnd"/>
      <w:r w:rsidRPr="00683C9B">
        <w:t>D.ª ______________________________________, con NIF ____________________, en calidad de persona solicitante de la ayuda correspondiente al expediente ____________________, y en relación con la operación objeto de solicitud,</w:t>
      </w:r>
    </w:p>
    <w:p w:rsidR="00661DBD" w:rsidRPr="00683C9B" w:rsidRDefault="00604421">
      <w:r w:rsidRPr="00683C9B">
        <w:rPr>
          <w:b/>
        </w:rPr>
        <w:t>EXPONE</w:t>
      </w:r>
    </w:p>
    <w:p w:rsidR="001B1027" w:rsidRPr="00683C9B" w:rsidRDefault="00604421" w:rsidP="00ED38CF">
      <w:pPr>
        <w:jc w:val="both"/>
      </w:pPr>
      <w:r w:rsidRPr="00683C9B">
        <w:t xml:space="preserve">Que, la ejecución de la operación </w:t>
      </w:r>
      <w:r w:rsidR="001B1027" w:rsidRPr="00683C9B">
        <w:t>requiere</w:t>
      </w:r>
      <w:r w:rsidRPr="00683C9B">
        <w:t xml:space="preserve"> la obtención de permisos</w:t>
      </w:r>
      <w:r w:rsidR="001B1027" w:rsidRPr="00683C9B">
        <w:t xml:space="preserve">, autorizaciones, licencias o </w:t>
      </w:r>
      <w:r w:rsidRPr="00683C9B">
        <w:t xml:space="preserve"> presentación de declaraciones responsables o comunicaciones que, en el momento de presentación de la solicitud de ayuda, </w:t>
      </w:r>
      <w:r w:rsidR="001B1027" w:rsidRPr="00683C9B">
        <w:t xml:space="preserve"> no pueden presentarse conforme a la </w:t>
      </w:r>
      <w:r w:rsidRPr="00683C9B">
        <w:t>normativa</w:t>
      </w:r>
      <w:r w:rsidR="001B1027" w:rsidRPr="00683C9B">
        <w:t xml:space="preserve"> </w:t>
      </w:r>
      <w:r w:rsidRPr="00683C9B">
        <w:t>aplicable.</w:t>
      </w:r>
    </w:p>
    <w:p w:rsidR="00661DBD" w:rsidRPr="00683C9B" w:rsidRDefault="00604421">
      <w:r w:rsidRPr="00683C9B">
        <w:rPr>
          <w:b/>
        </w:rPr>
        <w:t>SE COMPROMETE</w:t>
      </w:r>
    </w:p>
    <w:p w:rsidR="00661DBD" w:rsidRPr="00683C9B" w:rsidRDefault="00604421" w:rsidP="00ED38CF">
      <w:pPr>
        <w:jc w:val="both"/>
      </w:pPr>
      <w:r w:rsidRPr="00683C9B">
        <w:t>Primero</w:t>
      </w:r>
      <w:proofErr w:type="gramStart"/>
      <w:r w:rsidRPr="00683C9B">
        <w:t>.–</w:t>
      </w:r>
      <w:proofErr w:type="gramEnd"/>
      <w:r w:rsidRPr="00683C9B">
        <w:t xml:space="preserve"> A solicitar y/o presentar, en el momento en que resulten exigibles conforme a la normativa vigente, todos los permisos, autorizaciones, licencias, declaraciones responsables o comunicaciones que sean necesarios para la correcta ejecución de la operación objeto de ayuda.</w:t>
      </w:r>
    </w:p>
    <w:p w:rsidR="00661DBD" w:rsidRPr="00683C9B" w:rsidRDefault="00604421" w:rsidP="00ED38CF">
      <w:pPr>
        <w:jc w:val="both"/>
      </w:pPr>
      <w:r w:rsidRPr="00683C9B">
        <w:t>Segundo</w:t>
      </w:r>
      <w:proofErr w:type="gramStart"/>
      <w:r w:rsidRPr="00683C9B">
        <w:t>.–</w:t>
      </w:r>
      <w:proofErr w:type="gramEnd"/>
      <w:r w:rsidRPr="00683C9B">
        <w:t xml:space="preserve"> A remitir al órgano competente para la concesión de la ayuda, en cuanto se disponga de ellos, los documentos acreditativos de dichas solicitudes, comunicaciones o, en su caso, de su concesión.</w:t>
      </w:r>
    </w:p>
    <w:p w:rsidR="00661DBD" w:rsidRPr="00683C9B" w:rsidRDefault="00604421" w:rsidP="00604421">
      <w:pPr>
        <w:jc w:val="both"/>
      </w:pPr>
      <w:r w:rsidRPr="00683C9B">
        <w:t>Tercero</w:t>
      </w:r>
      <w:proofErr w:type="gramStart"/>
      <w:r w:rsidRPr="00683C9B">
        <w:t>.–</w:t>
      </w:r>
      <w:proofErr w:type="gramEnd"/>
      <w:r w:rsidRPr="00683C9B">
        <w:t xml:space="preserve"> A cumplir con todas las obligaciones derivadas de la normativa aplicable en materia de autorizaciones administrativas necesarias para la ejecución de la operación.</w:t>
      </w:r>
    </w:p>
    <w:p w:rsidR="00661DBD" w:rsidRPr="00683C9B" w:rsidRDefault="00604421" w:rsidP="00683C9B">
      <w:pPr>
        <w:jc w:val="both"/>
      </w:pPr>
      <w:r w:rsidRPr="00683C9B">
        <w:t xml:space="preserve">Asimismo, la persona solicitante declara conocer que la concesión y, en su caso, el pago de la ayuda </w:t>
      </w:r>
      <w:proofErr w:type="gramStart"/>
      <w:r w:rsidRPr="00683C9B">
        <w:t>quedan</w:t>
      </w:r>
      <w:proofErr w:type="gramEnd"/>
      <w:r w:rsidRPr="00683C9B">
        <w:t xml:space="preserve"> condicionados al cumplimiento de los compromisos anteriormente señalados.</w:t>
      </w:r>
    </w:p>
    <w:p w:rsidR="00661DBD" w:rsidRDefault="00604421">
      <w:r w:rsidRPr="00683C9B">
        <w:t xml:space="preserve">Y para que así conste, firma el presente compromiso en ____________________, a ____ de ____________________ </w:t>
      </w:r>
      <w:proofErr w:type="spellStart"/>
      <w:r w:rsidRPr="00683C9B">
        <w:t>de</w:t>
      </w:r>
      <w:proofErr w:type="spellEnd"/>
      <w:r w:rsidRPr="00683C9B">
        <w:t xml:space="preserve"> ________.</w:t>
      </w:r>
    </w:p>
    <w:p w:rsidR="00683C9B" w:rsidRDefault="00683C9B"/>
    <w:p w:rsidR="00683C9B" w:rsidRDefault="00683C9B"/>
    <w:p w:rsidR="00661DBD" w:rsidRDefault="00604421">
      <w:r>
        <w:t>Fdo.: ____________________________________</w:t>
      </w:r>
    </w:p>
    <w:sectPr w:rsidR="00661DB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B1027"/>
    <w:rsid w:val="0029639D"/>
    <w:rsid w:val="00326F90"/>
    <w:rsid w:val="00604421"/>
    <w:rsid w:val="00661DBD"/>
    <w:rsid w:val="00683C9B"/>
    <w:rsid w:val="00AA1D8D"/>
    <w:rsid w:val="00B47730"/>
    <w:rsid w:val="00CB0664"/>
    <w:rsid w:val="00ED38C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683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3C9B"/>
    <w:rPr>
      <w:rFonts w:ascii="Tahoma" w:hAnsi="Tahoma" w:cs="Tahoma"/>
      <w:sz w:val="16"/>
      <w:szCs w:val="16"/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683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3C9B"/>
    <w:rPr>
      <w:rFonts w:ascii="Tahoma" w:hAnsi="Tahoma" w:cs="Tahoma"/>
      <w:sz w:val="16"/>
      <w:szCs w:val="16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22FD9F6-1CA9-42A0-9855-A9491A87A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250</Words>
  <Characters>1375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rpavon</cp:lastModifiedBy>
  <cp:revision>3</cp:revision>
  <dcterms:created xsi:type="dcterms:W3CDTF">2026-03-20T10:34:00Z</dcterms:created>
  <dcterms:modified xsi:type="dcterms:W3CDTF">2026-06-18T07:25:00Z</dcterms:modified>
</cp:coreProperties>
</file>